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19B9" w14:textId="14D8E1E0" w:rsidR="001D436A" w:rsidRPr="00B07F5A" w:rsidRDefault="00377D4A" w:rsidP="00E430E8">
      <w:pPr>
        <w:pStyle w:val="Naslov1"/>
        <w:rPr>
          <w:rFonts w:ascii="Times New Roman" w:hAnsi="Times New Roman" w:cs="Times New Roman"/>
          <w:color w:val="auto"/>
          <w:lang w:val="hr-HR"/>
        </w:rPr>
      </w:pPr>
      <w:r w:rsidRPr="00B07F5A">
        <w:rPr>
          <w:rFonts w:ascii="Times New Roman" w:hAnsi="Times New Roman" w:cs="Times New Roman"/>
          <w:color w:val="auto"/>
          <w:lang w:val="hr-HR"/>
        </w:rPr>
        <w:t xml:space="preserve">Prijavnica: Javni poziv za predlaganje </w:t>
      </w:r>
      <w:r w:rsidR="003911AD">
        <w:rPr>
          <w:rFonts w:ascii="Times New Roman" w:hAnsi="Times New Roman" w:cs="Times New Roman"/>
          <w:color w:val="auto"/>
          <w:lang w:val="hr-HR"/>
        </w:rPr>
        <w:t>projekata</w:t>
      </w:r>
      <w:r w:rsidRPr="00B07F5A">
        <w:rPr>
          <w:rFonts w:ascii="Times New Roman" w:hAnsi="Times New Roman" w:cs="Times New Roman"/>
          <w:color w:val="auto"/>
          <w:lang w:val="hr-HR"/>
        </w:rPr>
        <w:t xml:space="preserve"> javnih potreba u </w:t>
      </w:r>
      <w:r w:rsidR="004038A9" w:rsidRPr="00B07F5A">
        <w:rPr>
          <w:rFonts w:ascii="Times New Roman" w:hAnsi="Times New Roman" w:cs="Times New Roman"/>
          <w:color w:val="auto"/>
          <w:lang w:val="hr-HR"/>
        </w:rPr>
        <w:t>audiovizualnoj djelatnosti</w:t>
      </w:r>
      <w:r w:rsidRPr="00B07F5A">
        <w:rPr>
          <w:rFonts w:ascii="Times New Roman" w:hAnsi="Times New Roman" w:cs="Times New Roman"/>
          <w:color w:val="auto"/>
          <w:lang w:val="hr-HR"/>
        </w:rPr>
        <w:t xml:space="preserve"> Varaždinske županije za 202</w:t>
      </w:r>
      <w:r w:rsidR="004038A9" w:rsidRPr="00B07F5A">
        <w:rPr>
          <w:rFonts w:ascii="Times New Roman" w:hAnsi="Times New Roman" w:cs="Times New Roman"/>
          <w:color w:val="auto"/>
          <w:lang w:val="hr-HR"/>
        </w:rPr>
        <w:t>6</w:t>
      </w:r>
      <w:r w:rsidRPr="00B07F5A">
        <w:rPr>
          <w:rFonts w:ascii="Times New Roman" w:hAnsi="Times New Roman" w:cs="Times New Roman"/>
          <w:color w:val="auto"/>
          <w:lang w:val="hr-HR"/>
        </w:rPr>
        <w:t>. godinu</w:t>
      </w:r>
    </w:p>
    <w:p w14:paraId="6B6DF795" w14:textId="77777777" w:rsidR="00377D4A" w:rsidRPr="00B07F5A" w:rsidRDefault="00377D4A" w:rsidP="00377D4A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92"/>
        <w:gridCol w:w="4738"/>
      </w:tblGrid>
      <w:tr w:rsidR="00A01D90" w14:paraId="6B0F3CF1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BEFC8C5" w14:textId="37FBC9D5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IME I PREZIME PREDLAGATELJA</w:t>
            </w:r>
          </w:p>
        </w:tc>
        <w:tc>
          <w:tcPr>
            <w:tcW w:w="4920" w:type="dxa"/>
          </w:tcPr>
          <w:p w14:paraId="58F5DC3F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1C3A49A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5F711011" w14:textId="4D6BAAEF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STATUS PREDLAGATELJA</w:t>
            </w:r>
          </w:p>
        </w:tc>
        <w:tc>
          <w:tcPr>
            <w:tcW w:w="4920" w:type="dxa"/>
          </w:tcPr>
          <w:p w14:paraId="0F8238A4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37DB75E1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98E6431" w14:textId="38619251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NAZIV PREDLAGATELJA</w:t>
            </w:r>
          </w:p>
        </w:tc>
        <w:tc>
          <w:tcPr>
            <w:tcW w:w="4920" w:type="dxa"/>
          </w:tcPr>
          <w:p w14:paraId="06A660C7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376E7C0B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79460C6E" w14:textId="28F8F9FA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OIB PREDLAGATELJA</w:t>
            </w:r>
          </w:p>
        </w:tc>
        <w:tc>
          <w:tcPr>
            <w:tcW w:w="4920" w:type="dxa"/>
          </w:tcPr>
          <w:p w14:paraId="0F57D40C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CB669B2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249987DE" w14:textId="6D948E2D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DJELATNOST PREDLAGATELJA</w:t>
            </w:r>
          </w:p>
        </w:tc>
        <w:tc>
          <w:tcPr>
            <w:tcW w:w="4920" w:type="dxa"/>
          </w:tcPr>
          <w:p w14:paraId="30FE0945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8D2EB24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4B52829" w14:textId="5AE3AAA2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SJEDIŠTE PREDLAGATELJA</w:t>
            </w:r>
          </w:p>
        </w:tc>
        <w:tc>
          <w:tcPr>
            <w:tcW w:w="4920" w:type="dxa"/>
          </w:tcPr>
          <w:p w14:paraId="04D274AE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1447546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5C7F3254" w14:textId="35266FE5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>
              <w:rPr>
                <w:rFonts w:ascii="Times New Roman" w:hAnsi="Times New Roman" w:cs="Times New Roman"/>
                <w:b/>
                <w:lang w:val="hr-HR"/>
              </w:rPr>
              <w:t xml:space="preserve">TELEFONSKI 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t>KONTAKT PREDLAGATELJA</w:t>
            </w:r>
          </w:p>
        </w:tc>
        <w:tc>
          <w:tcPr>
            <w:tcW w:w="4920" w:type="dxa"/>
          </w:tcPr>
          <w:p w14:paraId="16BAA479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EAE5FFD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27882CE" w14:textId="688D508A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SLUŽBENI E-MAIL</w:t>
            </w:r>
          </w:p>
        </w:tc>
        <w:tc>
          <w:tcPr>
            <w:tcW w:w="4920" w:type="dxa"/>
          </w:tcPr>
          <w:p w14:paraId="243EF79F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065FD557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24F38F4B" w14:textId="446B4527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MREŽNA STRANICA PREDLAGATELJA</w:t>
            </w:r>
          </w:p>
        </w:tc>
        <w:tc>
          <w:tcPr>
            <w:tcW w:w="4920" w:type="dxa"/>
          </w:tcPr>
          <w:p w14:paraId="2ECCEAFE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4D5645F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73CB4286" w14:textId="4EFA9A1B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NAZIV BANKE</w:t>
            </w:r>
          </w:p>
        </w:tc>
        <w:tc>
          <w:tcPr>
            <w:tcW w:w="4920" w:type="dxa"/>
          </w:tcPr>
          <w:p w14:paraId="57C3FD33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2EBF3AC6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0DA72854" w14:textId="5805D884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IBAN ŽIRO RAČUNA</w:t>
            </w:r>
          </w:p>
        </w:tc>
        <w:tc>
          <w:tcPr>
            <w:tcW w:w="4920" w:type="dxa"/>
          </w:tcPr>
          <w:p w14:paraId="60C2DDAE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59EB4434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B9AEC4B" w14:textId="4D26DC0E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IME I PREZIME OSOBE OVLAŠTENE ZA ZASTUPANJE</w:t>
            </w:r>
          </w:p>
        </w:tc>
        <w:tc>
          <w:tcPr>
            <w:tcW w:w="4920" w:type="dxa"/>
          </w:tcPr>
          <w:p w14:paraId="1167E5E5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1A3EEC2A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978A748" w14:textId="1349B7C8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FUNKCIJA OSOBE OVLAŠTENE ZA ZASTUPANJE</w:t>
            </w:r>
          </w:p>
        </w:tc>
        <w:tc>
          <w:tcPr>
            <w:tcW w:w="4920" w:type="dxa"/>
          </w:tcPr>
          <w:p w14:paraId="44B621E3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2E0BE5F3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418F1E5" w14:textId="529DC85D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KONTAKT OSOBE OVLAŠTENE ZA ZASTUPANJE</w:t>
            </w:r>
          </w:p>
        </w:tc>
        <w:tc>
          <w:tcPr>
            <w:tcW w:w="4920" w:type="dxa"/>
          </w:tcPr>
          <w:p w14:paraId="0C04C525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00CCC327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31E3557A" w14:textId="27AC5AA0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OSNIVAČ I GODINA OSNIVANJA / REGISTRACIJE</w:t>
            </w:r>
          </w:p>
        </w:tc>
        <w:tc>
          <w:tcPr>
            <w:tcW w:w="4920" w:type="dxa"/>
          </w:tcPr>
          <w:p w14:paraId="795303FC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4C6E2E3D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226CDCF2" w14:textId="6DED3A9F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BROJ ZAPOSLENIH</w:t>
            </w:r>
            <w:r>
              <w:rPr>
                <w:rFonts w:ascii="Times New Roman" w:hAnsi="Times New Roman" w:cs="Times New Roman"/>
                <w:b/>
                <w:lang w:val="hr-HR"/>
              </w:rPr>
              <w:t xml:space="preserve">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>(Na dan otvaranja Poziva)</w:t>
            </w:r>
          </w:p>
        </w:tc>
        <w:tc>
          <w:tcPr>
            <w:tcW w:w="4920" w:type="dxa"/>
          </w:tcPr>
          <w:p w14:paraId="4564F094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5CA69858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6C434048" w14:textId="62507438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lastRenderedPageBreak/>
              <w:t>NAZIV PROGRAMA/PROJEKTA</w:t>
            </w:r>
          </w:p>
        </w:tc>
        <w:tc>
          <w:tcPr>
            <w:tcW w:w="4920" w:type="dxa"/>
          </w:tcPr>
          <w:p w14:paraId="6B05E81D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317C572D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858CABF" w14:textId="5F5E17A7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DETALJAN OPIS PROJEKTA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 xml:space="preserve">(Opišite projekt, kako dugo se već provodi, koji su ostvareni ciljevi, koji su očekivani ciljevi, od kojih se aktivnosti sastoji, tko sudjeluje u ostvarivanju programa, tko je ciljana skupina i slično. Ako detaljan opis </w:t>
            </w:r>
            <w:r w:rsidR="003911AD">
              <w:rPr>
                <w:rFonts w:ascii="Times New Roman" w:hAnsi="Times New Roman" w:cs="Times New Roman"/>
                <w:bCs/>
                <w:lang w:val="hr-HR"/>
              </w:rPr>
              <w:t>projekta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 xml:space="preserve"> ima više znakova od predviđenih u polju za unos možete ga priložiti i kao zaseban dokument te ga sukladno Uputama za prijavitelje poslati zajedno s potpisanom prijavnicom.)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br/>
            </w:r>
          </w:p>
        </w:tc>
        <w:tc>
          <w:tcPr>
            <w:tcW w:w="4920" w:type="dxa"/>
          </w:tcPr>
          <w:p w14:paraId="1166D815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5CB80A6C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55E498E" w14:textId="1BB25139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AKO SE PROJEKT ODNOSI NA SPECIFIČNU DRUŠTVENU ILI DOBNU SKUPINU NAPIŠITE KOJU TE OPIŠITE KAKO ĆE BITI UKLJUČENI U PROJEKT</w:t>
            </w:r>
          </w:p>
        </w:tc>
        <w:tc>
          <w:tcPr>
            <w:tcW w:w="4920" w:type="dxa"/>
          </w:tcPr>
          <w:p w14:paraId="5D3887A1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05E45969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E704408" w14:textId="56E72869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OBRAZLOŽENJE PREDLOŽENOG </w:t>
            </w:r>
            <w:r w:rsidR="003911AD">
              <w:rPr>
                <w:rFonts w:ascii="Times New Roman" w:hAnsi="Times New Roman" w:cs="Times New Roman"/>
                <w:b/>
                <w:lang w:val="hr-HR"/>
              </w:rPr>
              <w:t>PROJEKTA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 KAO JAVNE POTREBE U </w:t>
            </w:r>
            <w:r>
              <w:rPr>
                <w:rFonts w:ascii="Times New Roman" w:hAnsi="Times New Roman" w:cs="Times New Roman"/>
                <w:b/>
                <w:lang w:val="hr-HR"/>
              </w:rPr>
              <w:t>AUDIOVIZUALNOJ DJELATNOSTI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 VARAŽDINSKE ŽUPANIJE</w:t>
            </w:r>
          </w:p>
        </w:tc>
        <w:tc>
          <w:tcPr>
            <w:tcW w:w="4920" w:type="dxa"/>
          </w:tcPr>
          <w:p w14:paraId="53EEA95E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30AFDAB6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01260882" w14:textId="06382CD1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MJESTO ODRŽAVANJA</w:t>
            </w:r>
          </w:p>
        </w:tc>
        <w:tc>
          <w:tcPr>
            <w:tcW w:w="4920" w:type="dxa"/>
          </w:tcPr>
          <w:p w14:paraId="2B211F05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2A3BEBA4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7D847B1E" w14:textId="1436C24B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PLANIRANI POČETAK ODRŽAVANJA </w:t>
            </w:r>
            <w:r>
              <w:rPr>
                <w:rFonts w:ascii="Times New Roman" w:hAnsi="Times New Roman" w:cs="Times New Roman"/>
                <w:b/>
                <w:lang w:val="hr-HR"/>
              </w:rPr>
              <w:t>PROJEKTA</w:t>
            </w:r>
          </w:p>
        </w:tc>
        <w:tc>
          <w:tcPr>
            <w:tcW w:w="4920" w:type="dxa"/>
          </w:tcPr>
          <w:p w14:paraId="5E742F00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0381ED8C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0ED0D08F" w14:textId="05B02871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PLANIRANI ZAVRŠETAK ODRŽAVANJA</w:t>
            </w:r>
            <w:r>
              <w:rPr>
                <w:rFonts w:ascii="Times New Roman" w:hAnsi="Times New Roman" w:cs="Times New Roman"/>
                <w:b/>
                <w:lang w:val="hr-HR"/>
              </w:rPr>
              <w:t xml:space="preserve"> PROJEKTA</w:t>
            </w:r>
          </w:p>
        </w:tc>
        <w:tc>
          <w:tcPr>
            <w:tcW w:w="4920" w:type="dxa"/>
          </w:tcPr>
          <w:p w14:paraId="7BDDB551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7BBE8287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40D96A8" w14:textId="098D577F" w:rsidR="00A01D90" w:rsidRPr="00B07F5A" w:rsidRDefault="00A01D90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OPIS DOSADAŠNJE DJELATNOSTI I NAJZNAČAJNIJE REFERENCE PREDLAGATELJA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>(Dovoljno je navesti do tri realizirana programa unazad pet godina s opisom najznačajnijih aktivnosti i referenci te naznačenim izvorom financiranja)</w:t>
            </w:r>
          </w:p>
        </w:tc>
        <w:tc>
          <w:tcPr>
            <w:tcW w:w="4920" w:type="dxa"/>
          </w:tcPr>
          <w:p w14:paraId="58597A87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6E7DECE8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268E48B5" w14:textId="69A5F026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ŽIVOTOPIS VODITELJA PROJEKTA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>(Upisati ime, prezime, adresu e-pošte, broj mobitela ili telefona te kratki opisni životopis.)</w:t>
            </w:r>
          </w:p>
        </w:tc>
        <w:tc>
          <w:tcPr>
            <w:tcW w:w="4920" w:type="dxa"/>
          </w:tcPr>
          <w:p w14:paraId="3B881442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0886EEB1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2329040F" w14:textId="241C380B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IZNOS KOJI SE TRAŽI OD VARAŽDINSKE ŽUPANIJE</w:t>
            </w:r>
          </w:p>
        </w:tc>
        <w:tc>
          <w:tcPr>
            <w:tcW w:w="4920" w:type="dxa"/>
          </w:tcPr>
          <w:p w14:paraId="778D7323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763AD5EF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51FE3C39" w14:textId="678AA4E2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IZNOS KOJI SE TRAŽI OD GRADA ILI OPĆINE</w:t>
            </w:r>
          </w:p>
        </w:tc>
        <w:tc>
          <w:tcPr>
            <w:tcW w:w="4920" w:type="dxa"/>
          </w:tcPr>
          <w:p w14:paraId="2159345F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4D363B14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6035EEF6" w14:textId="7D106041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lastRenderedPageBreak/>
              <w:t xml:space="preserve">IZNOS KOJI SE TRAŽI OD </w:t>
            </w:r>
            <w:r w:rsidR="008E54A7">
              <w:rPr>
                <w:rFonts w:ascii="Times New Roman" w:hAnsi="Times New Roman" w:cs="Times New Roman"/>
                <w:b/>
                <w:lang w:val="hr-HR"/>
              </w:rPr>
              <w:t>HRVATSKOG AUDIOVIZUALNOG CENTRA</w:t>
            </w:r>
          </w:p>
        </w:tc>
        <w:tc>
          <w:tcPr>
            <w:tcW w:w="4920" w:type="dxa"/>
          </w:tcPr>
          <w:p w14:paraId="101D403E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4A8A0986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520C39B1" w14:textId="288408F5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DRUGI JAVNI IZVORI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>(navesti koji)</w:t>
            </w:r>
          </w:p>
        </w:tc>
        <w:tc>
          <w:tcPr>
            <w:tcW w:w="4920" w:type="dxa"/>
          </w:tcPr>
          <w:p w14:paraId="3A0E1D62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56FEF540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1FF197AE" w14:textId="18023C9F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VLASTITA SREDSTVA</w:t>
            </w:r>
          </w:p>
        </w:tc>
        <w:tc>
          <w:tcPr>
            <w:tcW w:w="4920" w:type="dxa"/>
          </w:tcPr>
          <w:p w14:paraId="1254B70C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01D90" w14:paraId="27AAB47E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DCA8ABD" w14:textId="65497A48" w:rsidR="00A01D90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SREDSTVA SPONZORA I DONATORA</w:t>
            </w:r>
          </w:p>
        </w:tc>
        <w:tc>
          <w:tcPr>
            <w:tcW w:w="4920" w:type="dxa"/>
          </w:tcPr>
          <w:p w14:paraId="6E394F79" w14:textId="77777777" w:rsidR="00A01D90" w:rsidRDefault="00A01D90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3C3767" w14:paraId="0695D8A0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45EB2051" w14:textId="64ED4FD0" w:rsidR="003C3767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OSTALI IZVORI </w:t>
            </w:r>
            <w:r w:rsidRPr="003911AD">
              <w:rPr>
                <w:rFonts w:ascii="Times New Roman" w:hAnsi="Times New Roman" w:cs="Times New Roman"/>
                <w:bCs/>
                <w:lang w:val="hr-HR"/>
              </w:rPr>
              <w:t>(navesti koji)</w:t>
            </w:r>
          </w:p>
        </w:tc>
        <w:tc>
          <w:tcPr>
            <w:tcW w:w="4920" w:type="dxa"/>
          </w:tcPr>
          <w:p w14:paraId="6843A821" w14:textId="77777777" w:rsidR="003C3767" w:rsidRDefault="003C3767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3C3767" w14:paraId="0364090B" w14:textId="77777777" w:rsidTr="003911AD">
        <w:trPr>
          <w:trHeight w:val="680"/>
        </w:trPr>
        <w:tc>
          <w:tcPr>
            <w:tcW w:w="3936" w:type="dxa"/>
            <w:vAlign w:val="center"/>
          </w:tcPr>
          <w:p w14:paraId="0D283627" w14:textId="1DFAE289" w:rsidR="003C3767" w:rsidRPr="00B07F5A" w:rsidRDefault="003C3767" w:rsidP="003911AD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B07F5A">
              <w:rPr>
                <w:rFonts w:ascii="Times New Roman" w:hAnsi="Times New Roman" w:cs="Times New Roman"/>
                <w:b/>
                <w:lang w:val="hr-HR"/>
              </w:rPr>
              <w:t>UKUP</w:t>
            </w:r>
            <w:r w:rsidR="003911AD">
              <w:rPr>
                <w:rFonts w:ascii="Times New Roman" w:hAnsi="Times New Roman" w:cs="Times New Roman"/>
                <w:b/>
                <w:lang w:val="hr-HR"/>
              </w:rPr>
              <w:t>AN IZNOS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 POTREB</w:t>
            </w:r>
            <w:r w:rsidR="003911AD">
              <w:rPr>
                <w:rFonts w:ascii="Times New Roman" w:hAnsi="Times New Roman" w:cs="Times New Roman"/>
                <w:b/>
                <w:lang w:val="hr-HR"/>
              </w:rPr>
              <w:t>AN</w:t>
            </w:r>
            <w:r w:rsidRPr="00B07F5A">
              <w:rPr>
                <w:rFonts w:ascii="Times New Roman" w:hAnsi="Times New Roman" w:cs="Times New Roman"/>
                <w:b/>
                <w:lang w:val="hr-HR"/>
              </w:rPr>
              <w:t xml:space="preserve"> ZA REALIZACIJU PROJEKTA</w:t>
            </w:r>
          </w:p>
        </w:tc>
        <w:tc>
          <w:tcPr>
            <w:tcW w:w="4920" w:type="dxa"/>
          </w:tcPr>
          <w:p w14:paraId="5AB24092" w14:textId="77777777" w:rsidR="003C3767" w:rsidRDefault="003C3767" w:rsidP="003911AD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216D05DB" w14:textId="77777777" w:rsidR="003911AD" w:rsidRDefault="003911AD" w:rsidP="00E430E8">
      <w:pPr>
        <w:rPr>
          <w:rFonts w:ascii="Times New Roman" w:hAnsi="Times New Roman" w:cs="Times New Roman"/>
          <w:b/>
          <w:lang w:val="hr-HR"/>
        </w:rPr>
      </w:pPr>
    </w:p>
    <w:p w14:paraId="318790BA" w14:textId="77777777" w:rsidR="00D6199A" w:rsidRDefault="00000000" w:rsidP="003911AD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t xml:space="preserve">IZJAVA O NEPOSTOJANJU DVOSTRUKOG FINANCIRANJA </w:t>
      </w:r>
    </w:p>
    <w:p w14:paraId="54231943" w14:textId="56AC7815" w:rsidR="001D436A" w:rsidRPr="003911AD" w:rsidRDefault="00000000" w:rsidP="003911AD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sdt>
        <w:sdtPr>
          <w:rPr>
            <w:rFonts w:ascii="Segoe UI Symbol" w:hAnsi="Segoe UI Symbol" w:cs="Segoe UI Symbol"/>
            <w:lang w:val="hr-HR"/>
          </w:rPr>
          <w:id w:val="-1297988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767">
            <w:rPr>
              <w:rFonts w:ascii="MS Gothic" w:eastAsia="MS Gothic" w:hAnsi="MS Gothic" w:cs="Segoe UI Symbol" w:hint="eastAsia"/>
              <w:lang w:val="hr-HR"/>
            </w:rPr>
            <w:t>☐</w:t>
          </w:r>
        </w:sdtContent>
      </w:sdt>
      <w:r w:rsidR="00E430E8" w:rsidRPr="00B07F5A">
        <w:rPr>
          <w:rFonts w:ascii="Times New Roman" w:hAnsi="Times New Roman" w:cs="Times New Roman"/>
          <w:lang w:val="hr-HR"/>
        </w:rPr>
        <w:t>Izjavljujem da program/projekt nije ostvario financijska sredstva za stavke troškovnika za koje se traži potpora Varaždinske županije putem ovog Javnog poziva iz drugih javnih izvora na natječajima i javnim pozivima tijela državne uprave, Vladinih ureda i tijela, javnih institucija, jedinica lokalne i područne(regionalne) samouprave odnosno sredstava iz fondova EU i međunarodnih fondova.</w:t>
      </w:r>
      <w:r w:rsidRPr="00B07F5A">
        <w:rPr>
          <w:rFonts w:ascii="Times New Roman" w:hAnsi="Times New Roman" w:cs="Times New Roman"/>
          <w:lang w:val="hr-HR"/>
        </w:rPr>
        <w:br/>
      </w:r>
      <w:sdt>
        <w:sdtPr>
          <w:rPr>
            <w:rFonts w:ascii="Times New Roman" w:hAnsi="Times New Roman" w:cs="Times New Roman"/>
            <w:lang w:val="hr-HR"/>
          </w:rPr>
          <w:id w:val="-670560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767">
            <w:rPr>
              <w:rFonts w:ascii="MS Gothic" w:eastAsia="MS Gothic" w:hAnsi="MS Gothic" w:cs="Times New Roman" w:hint="eastAsia"/>
              <w:lang w:val="hr-HR"/>
            </w:rPr>
            <w:t>☐</w:t>
          </w:r>
        </w:sdtContent>
      </w:sdt>
      <w:r w:rsidRPr="00B07F5A">
        <w:rPr>
          <w:rFonts w:ascii="Times New Roman" w:hAnsi="Times New Roman" w:cs="Times New Roman"/>
          <w:lang w:val="hr-HR"/>
        </w:rPr>
        <w:t xml:space="preserve"> </w:t>
      </w:r>
      <w:r w:rsidR="00E430E8" w:rsidRPr="00B07F5A">
        <w:rPr>
          <w:rFonts w:ascii="Times New Roman" w:hAnsi="Times New Roman" w:cs="Times New Roman"/>
          <w:lang w:val="hr-HR"/>
        </w:rPr>
        <w:t>Izjavljujem da je program/projekt u postupku natjecanja za financijska sredstva za prijavljeni program, ali je postupak ocjenjivanja programa još u tijeku.</w:t>
      </w:r>
    </w:p>
    <w:p w14:paraId="352ECB75" w14:textId="77777777" w:rsidR="003911AD" w:rsidRPr="00B07F5A" w:rsidRDefault="003911AD" w:rsidP="003911AD">
      <w:pPr>
        <w:rPr>
          <w:rFonts w:ascii="Times New Roman" w:hAnsi="Times New Roman" w:cs="Times New Roman"/>
          <w:lang w:val="hr-HR"/>
        </w:rPr>
      </w:pPr>
    </w:p>
    <w:p w14:paraId="69E4D7EE" w14:textId="77777777" w:rsidR="00D6199A" w:rsidRDefault="00000000" w:rsidP="003911AD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t xml:space="preserve">IZJAVA O ISTINITOSTI I VJERODOSTOJNOSTI PODATAKA </w:t>
      </w:r>
    </w:p>
    <w:p w14:paraId="618CF308" w14:textId="38C7F3E8" w:rsidR="001D436A" w:rsidRDefault="00000000" w:rsidP="003911AD">
      <w:pPr>
        <w:rPr>
          <w:rFonts w:ascii="Times New Roman" w:hAnsi="Times New Roman" w:cs="Times New Roman"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sdt>
        <w:sdtPr>
          <w:rPr>
            <w:rFonts w:ascii="Segoe UI Symbol" w:hAnsi="Segoe UI Symbol" w:cs="Segoe UI Symbol"/>
            <w:lang w:val="hr-HR"/>
          </w:rPr>
          <w:id w:val="-59786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767">
            <w:rPr>
              <w:rFonts w:ascii="MS Gothic" w:eastAsia="MS Gothic" w:hAnsi="MS Gothic" w:cs="Segoe UI Symbol" w:hint="eastAsia"/>
              <w:lang w:val="hr-HR"/>
            </w:rPr>
            <w:t>☐</w:t>
          </w:r>
        </w:sdtContent>
      </w:sdt>
      <w:r w:rsidRPr="00B07F5A">
        <w:rPr>
          <w:rFonts w:ascii="Times New Roman" w:hAnsi="Times New Roman" w:cs="Times New Roman"/>
          <w:lang w:val="hr-HR"/>
        </w:rPr>
        <w:t xml:space="preserve"> </w:t>
      </w:r>
      <w:r w:rsidR="00E430E8" w:rsidRPr="00B07F5A">
        <w:rPr>
          <w:rFonts w:ascii="Times New Roman" w:hAnsi="Times New Roman" w:cs="Times New Roman"/>
          <w:lang w:val="hr-HR"/>
        </w:rPr>
        <w:t>Pod punom materijalnom i kaznenom odgovornošću potvrđujem da su svi podaci navedeni u prijavnici točni i istiniti, a priložena dokumentacija vjerodostojna.</w:t>
      </w:r>
    </w:p>
    <w:p w14:paraId="376C1FC0" w14:textId="77777777" w:rsidR="003911AD" w:rsidRPr="00B07F5A" w:rsidRDefault="003911AD" w:rsidP="003911AD">
      <w:pPr>
        <w:rPr>
          <w:rFonts w:ascii="Times New Roman" w:hAnsi="Times New Roman" w:cs="Times New Roman"/>
          <w:lang w:val="hr-HR"/>
        </w:rPr>
      </w:pPr>
    </w:p>
    <w:p w14:paraId="346C8875" w14:textId="77777777" w:rsidR="00D6199A" w:rsidRDefault="00000000" w:rsidP="003911AD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t xml:space="preserve">IZJAVA O PRIHVAĆANJU UVJETA PRIJAVE </w:t>
      </w:r>
    </w:p>
    <w:p w14:paraId="775475FC" w14:textId="0B3CBEB3" w:rsidR="001D436A" w:rsidRDefault="00000000" w:rsidP="003911AD">
      <w:pPr>
        <w:rPr>
          <w:rFonts w:ascii="Times New Roman" w:hAnsi="Times New Roman" w:cs="Times New Roman"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sdt>
        <w:sdtPr>
          <w:rPr>
            <w:rFonts w:ascii="Segoe UI Symbol" w:hAnsi="Segoe UI Symbol" w:cs="Segoe UI Symbol"/>
            <w:lang w:val="hr-HR"/>
          </w:rPr>
          <w:id w:val="-1780714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1AD">
            <w:rPr>
              <w:rFonts w:ascii="MS Gothic" w:eastAsia="MS Gothic" w:hAnsi="MS Gothic" w:cs="Segoe UI Symbol" w:hint="eastAsia"/>
              <w:lang w:val="hr-HR"/>
            </w:rPr>
            <w:t>☐</w:t>
          </w:r>
        </w:sdtContent>
      </w:sdt>
      <w:r w:rsidRPr="00B07F5A">
        <w:rPr>
          <w:rFonts w:ascii="Times New Roman" w:hAnsi="Times New Roman" w:cs="Times New Roman"/>
          <w:lang w:val="hr-HR"/>
        </w:rPr>
        <w:t xml:space="preserve"> </w:t>
      </w:r>
      <w:r w:rsidR="00E430E8" w:rsidRPr="00B07F5A">
        <w:rPr>
          <w:rFonts w:ascii="Times New Roman" w:hAnsi="Times New Roman" w:cs="Times New Roman"/>
          <w:lang w:val="hr-HR"/>
        </w:rPr>
        <w:t>Prihvaćam uvjete Javnog poziva te potvrđujem da sam pročitao/pročitala tekst Javnog poziva i Upute za predlagatelje te prihvaćam sve navedene odredbe.</w:t>
      </w:r>
    </w:p>
    <w:p w14:paraId="1BB26E6A" w14:textId="77777777" w:rsidR="003911AD" w:rsidRPr="00B07F5A" w:rsidRDefault="003911AD" w:rsidP="003911AD">
      <w:pPr>
        <w:rPr>
          <w:rFonts w:ascii="Times New Roman" w:hAnsi="Times New Roman" w:cs="Times New Roman"/>
          <w:lang w:val="hr-HR"/>
        </w:rPr>
      </w:pPr>
    </w:p>
    <w:p w14:paraId="392EC510" w14:textId="77777777" w:rsidR="00D6199A" w:rsidRDefault="00000000" w:rsidP="003911AD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lastRenderedPageBreak/>
        <w:t xml:space="preserve">IZJAVA O DAVANJU SUGLASNOSTI (PRIVOLE) ZA OBRADU OSOBNIH PODATAKA </w:t>
      </w:r>
    </w:p>
    <w:p w14:paraId="7E3F3CF4" w14:textId="3C139C69" w:rsidR="001D436A" w:rsidRDefault="00000000" w:rsidP="003911AD">
      <w:pPr>
        <w:rPr>
          <w:rFonts w:ascii="Times New Roman" w:hAnsi="Times New Roman" w:cs="Times New Roman"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sdt>
        <w:sdtPr>
          <w:rPr>
            <w:rFonts w:ascii="Segoe UI Symbol" w:hAnsi="Segoe UI Symbol" w:cs="Segoe UI Symbol"/>
            <w:lang w:val="hr-HR"/>
          </w:rPr>
          <w:id w:val="1873348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7CBC">
            <w:rPr>
              <w:rFonts w:ascii="MS Gothic" w:eastAsia="MS Gothic" w:hAnsi="MS Gothic" w:cs="Segoe UI Symbol" w:hint="eastAsia"/>
              <w:lang w:val="hr-HR"/>
            </w:rPr>
            <w:t>☐</w:t>
          </w:r>
        </w:sdtContent>
      </w:sdt>
      <w:r w:rsidRPr="00B07F5A">
        <w:rPr>
          <w:rFonts w:ascii="Times New Roman" w:hAnsi="Times New Roman" w:cs="Times New Roman"/>
          <w:lang w:val="hr-HR"/>
        </w:rPr>
        <w:t xml:space="preserve"> </w:t>
      </w:r>
      <w:r w:rsidR="00E430E8" w:rsidRPr="00B07F5A">
        <w:rPr>
          <w:rFonts w:ascii="Times New Roman" w:hAnsi="Times New Roman" w:cs="Times New Roman"/>
          <w:lang w:val="hr-HR"/>
        </w:rPr>
        <w:t xml:space="preserve">Svojim potpisom dajem suglasnost (privolu) Varaždinskoj županiji da može koristiti moje osobne podatke navedene u prijavi u svrhu provedbe Javnog poziva za predlaganje javnih potreba u </w:t>
      </w:r>
      <w:r w:rsidR="00B07F5A" w:rsidRPr="00B07F5A">
        <w:rPr>
          <w:rFonts w:ascii="Times New Roman" w:hAnsi="Times New Roman" w:cs="Times New Roman"/>
          <w:lang w:val="hr-HR"/>
        </w:rPr>
        <w:t>audiovizualnoj djelatnosti</w:t>
      </w:r>
      <w:r w:rsidR="00E430E8" w:rsidRPr="00B07F5A">
        <w:rPr>
          <w:rFonts w:ascii="Times New Roman" w:hAnsi="Times New Roman" w:cs="Times New Roman"/>
          <w:lang w:val="hr-HR"/>
        </w:rPr>
        <w:t xml:space="preserve"> Varaždinske županije za 202</w:t>
      </w:r>
      <w:r w:rsidR="00B07F5A" w:rsidRPr="00B07F5A">
        <w:rPr>
          <w:rFonts w:ascii="Times New Roman" w:hAnsi="Times New Roman" w:cs="Times New Roman"/>
          <w:lang w:val="hr-HR"/>
        </w:rPr>
        <w:t>6</w:t>
      </w:r>
      <w:r w:rsidR="00E430E8" w:rsidRPr="00B07F5A">
        <w:rPr>
          <w:rFonts w:ascii="Times New Roman" w:hAnsi="Times New Roman" w:cs="Times New Roman"/>
          <w:lang w:val="hr-HR"/>
        </w:rPr>
        <w:t>. godinu, a koji će biti objavljen na mrežnim stranicama Varaždinske županije sukladno članku 28. Zakona o kulturnim vijećima i financiranju javnih potreba u kulturi (NN, br. 83/22).</w:t>
      </w:r>
    </w:p>
    <w:p w14:paraId="46165FAE" w14:textId="77777777" w:rsidR="00885C15" w:rsidRPr="00B07F5A" w:rsidRDefault="00885C15" w:rsidP="003911AD">
      <w:pPr>
        <w:rPr>
          <w:rFonts w:ascii="Times New Roman" w:hAnsi="Times New Roman" w:cs="Times New Roman"/>
          <w:lang w:val="hr-HR"/>
        </w:rPr>
      </w:pPr>
    </w:p>
    <w:p w14:paraId="1E8D36CF" w14:textId="77777777" w:rsidR="00D6199A" w:rsidRDefault="00000000" w:rsidP="00D6199A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t xml:space="preserve">MJESTO I DATUM </w:t>
      </w:r>
    </w:p>
    <w:p w14:paraId="5B1258F2" w14:textId="60364F4D" w:rsidR="001D436A" w:rsidRPr="00B07F5A" w:rsidRDefault="00000000" w:rsidP="00D6199A">
      <w:pPr>
        <w:rPr>
          <w:rFonts w:ascii="Times New Roman" w:hAnsi="Times New Roman" w:cs="Times New Roman"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r w:rsidRPr="00B07F5A">
        <w:rPr>
          <w:rFonts w:ascii="Times New Roman" w:hAnsi="Times New Roman" w:cs="Times New Roman"/>
          <w:lang w:val="hr-HR"/>
        </w:rPr>
        <w:t>____________________________________________</w:t>
      </w:r>
    </w:p>
    <w:p w14:paraId="25F8D913" w14:textId="77777777" w:rsidR="00D6199A" w:rsidRDefault="00D6199A" w:rsidP="00D6199A">
      <w:pPr>
        <w:rPr>
          <w:rFonts w:ascii="Times New Roman" w:hAnsi="Times New Roman" w:cs="Times New Roman"/>
          <w:b/>
          <w:lang w:val="hr-HR"/>
        </w:rPr>
      </w:pPr>
    </w:p>
    <w:p w14:paraId="0115A581" w14:textId="367AF43F" w:rsidR="00D6199A" w:rsidRDefault="00000000" w:rsidP="00D6199A">
      <w:pPr>
        <w:rPr>
          <w:rFonts w:ascii="Times New Roman" w:hAnsi="Times New Roman" w:cs="Times New Roman"/>
          <w:b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t xml:space="preserve">IME I PREZIME OSOBE OVLAŠTENE ZA ZASTUPANJE </w:t>
      </w:r>
    </w:p>
    <w:p w14:paraId="69EB22F0" w14:textId="2A7C6404" w:rsidR="001D436A" w:rsidRPr="00B07F5A" w:rsidRDefault="00000000" w:rsidP="00D6199A">
      <w:pPr>
        <w:rPr>
          <w:rFonts w:ascii="Times New Roman" w:hAnsi="Times New Roman" w:cs="Times New Roman"/>
          <w:lang w:val="hr-HR"/>
        </w:rPr>
      </w:pPr>
      <w:r w:rsidRPr="00B07F5A">
        <w:rPr>
          <w:rFonts w:ascii="Times New Roman" w:hAnsi="Times New Roman" w:cs="Times New Roman"/>
          <w:b/>
          <w:lang w:val="hr-HR"/>
        </w:rPr>
        <w:br/>
      </w:r>
      <w:r w:rsidRPr="00B07F5A">
        <w:rPr>
          <w:rFonts w:ascii="Times New Roman" w:hAnsi="Times New Roman" w:cs="Times New Roman"/>
          <w:lang w:val="hr-HR"/>
        </w:rPr>
        <w:t>____________________________________________</w:t>
      </w:r>
    </w:p>
    <w:sectPr w:rsidR="001D436A" w:rsidRPr="00B07F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6219120">
    <w:abstractNumId w:val="8"/>
  </w:num>
  <w:num w:numId="2" w16cid:durableId="1117682499">
    <w:abstractNumId w:val="6"/>
  </w:num>
  <w:num w:numId="3" w16cid:durableId="448863591">
    <w:abstractNumId w:val="5"/>
  </w:num>
  <w:num w:numId="4" w16cid:durableId="1566140170">
    <w:abstractNumId w:val="4"/>
  </w:num>
  <w:num w:numId="5" w16cid:durableId="1063675122">
    <w:abstractNumId w:val="7"/>
  </w:num>
  <w:num w:numId="6" w16cid:durableId="634024128">
    <w:abstractNumId w:val="3"/>
  </w:num>
  <w:num w:numId="7" w16cid:durableId="340012525">
    <w:abstractNumId w:val="2"/>
  </w:num>
  <w:num w:numId="8" w16cid:durableId="2143617893">
    <w:abstractNumId w:val="1"/>
  </w:num>
  <w:num w:numId="9" w16cid:durableId="179930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90E"/>
    <w:rsid w:val="00027CBC"/>
    <w:rsid w:val="00034616"/>
    <w:rsid w:val="0006063C"/>
    <w:rsid w:val="00111EFB"/>
    <w:rsid w:val="0015074B"/>
    <w:rsid w:val="001D436A"/>
    <w:rsid w:val="0029639D"/>
    <w:rsid w:val="00326F90"/>
    <w:rsid w:val="00377D4A"/>
    <w:rsid w:val="003911AD"/>
    <w:rsid w:val="003C3767"/>
    <w:rsid w:val="004038A9"/>
    <w:rsid w:val="00714AE2"/>
    <w:rsid w:val="00744444"/>
    <w:rsid w:val="00885C15"/>
    <w:rsid w:val="008E54A7"/>
    <w:rsid w:val="00A01D90"/>
    <w:rsid w:val="00A97B32"/>
    <w:rsid w:val="00AA1D8D"/>
    <w:rsid w:val="00B07F5A"/>
    <w:rsid w:val="00B47730"/>
    <w:rsid w:val="00CB0664"/>
    <w:rsid w:val="00D6199A"/>
    <w:rsid w:val="00DE51E4"/>
    <w:rsid w:val="00E430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4A638E"/>
  <w14:defaultImageDpi w14:val="330"/>
  <w15:docId w15:val="{422F58CE-6660-4984-8C48-5B11C226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Dora Ivančan</cp:lastModifiedBy>
  <cp:revision>4</cp:revision>
  <cp:lastPrinted>2026-10-15T06:32:00Z</cp:lastPrinted>
  <dcterms:created xsi:type="dcterms:W3CDTF">2026-10-15T08:41:00Z</dcterms:created>
  <dcterms:modified xsi:type="dcterms:W3CDTF">2026-10-15T10:08:00Z</dcterms:modified>
  <cp:category/>
</cp:coreProperties>
</file>